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251D5" w14:textId="77777777" w:rsidR="002761FD" w:rsidRDefault="00000000">
      <w:pPr>
        <w:jc w:val="right"/>
      </w:pPr>
      <w:r>
        <w:rPr>
          <w:b/>
          <w:color w:val="555555"/>
          <w:sz w:val="24"/>
        </w:rPr>
        <w:t>ALLEGATO A</w:t>
      </w:r>
    </w:p>
    <w:p w14:paraId="492A0509" w14:textId="166EE22E" w:rsidR="002761FD" w:rsidRPr="00786595" w:rsidRDefault="00000000">
      <w:pPr>
        <w:jc w:val="center"/>
        <w:rPr>
          <w:color w:val="auto"/>
        </w:rPr>
      </w:pPr>
      <w:r w:rsidRPr="00786595">
        <w:rPr>
          <w:b/>
          <w:color w:val="auto"/>
          <w:sz w:val="24"/>
        </w:rPr>
        <w:t>ISTANZA DI PARTECIPAZIONE ALLA SELEZIONE EX ART. 56 CTS</w:t>
      </w:r>
      <w:r w:rsidRPr="00786595">
        <w:rPr>
          <w:b/>
          <w:color w:val="auto"/>
          <w:sz w:val="24"/>
        </w:rPr>
        <w:br/>
        <w:t xml:space="preserve">PER LA STIPULA DELLA CONVENZIONE </w:t>
      </w:r>
      <w:r w:rsidR="006A65F7">
        <w:rPr>
          <w:b/>
          <w:color w:val="auto"/>
          <w:sz w:val="24"/>
        </w:rPr>
        <w:t>PER IL SERVIZIO</w:t>
      </w:r>
      <w:r w:rsidRPr="00786595">
        <w:rPr>
          <w:b/>
          <w:color w:val="auto"/>
          <w:sz w:val="24"/>
        </w:rPr>
        <w:t xml:space="preserve"> TRASPORTO SOCIALE</w:t>
      </w:r>
      <w:r w:rsidRPr="00786595">
        <w:rPr>
          <w:b/>
          <w:color w:val="auto"/>
          <w:sz w:val="24"/>
        </w:rPr>
        <w:br/>
        <w:t>PERIODO: 1° OTTOBRE 2026 – 31 DICEMBRE 2027</w:t>
      </w:r>
    </w:p>
    <w:p w14:paraId="6C100DFF" w14:textId="77777777" w:rsidR="002761FD" w:rsidRDefault="002761FD"/>
    <w:p w14:paraId="71D50E31" w14:textId="7C7FC9EE" w:rsidR="00786595" w:rsidRDefault="00000000" w:rsidP="00786595">
      <w:pPr>
        <w:spacing w:line="312" w:lineRule="auto"/>
        <w:jc w:val="both"/>
      </w:pPr>
      <w:r w:rsidRPr="00786595">
        <w:rPr>
          <w:bCs/>
        </w:rPr>
        <w:t>Il/</w:t>
      </w:r>
      <w:proofErr w:type="gramStart"/>
      <w:r w:rsidRPr="00786595">
        <w:rPr>
          <w:bCs/>
        </w:rPr>
        <w:t>La</w:t>
      </w:r>
      <w:r w:rsidR="00786595" w:rsidRPr="00786595">
        <w:rPr>
          <w:bCs/>
        </w:rPr>
        <w:t xml:space="preserve">  </w:t>
      </w:r>
      <w:r w:rsidRPr="00786595">
        <w:rPr>
          <w:bCs/>
        </w:rPr>
        <w:t>sottoscritto</w:t>
      </w:r>
      <w:proofErr w:type="gramEnd"/>
      <w:r w:rsidRPr="00786595">
        <w:rPr>
          <w:bCs/>
        </w:rPr>
        <w:t>/</w:t>
      </w:r>
      <w:r w:rsidR="00786595" w:rsidRPr="00786595">
        <w:rPr>
          <w:bCs/>
        </w:rPr>
        <w:t>a</w:t>
      </w:r>
      <w:r w:rsidRPr="00786595">
        <w:rPr>
          <w:bCs/>
        </w:rPr>
        <w:t>________________________________________________________</w:t>
      </w:r>
      <w:r w:rsidRPr="00786595">
        <w:rPr>
          <w:bCs/>
        </w:rPr>
        <w:br/>
      </w:r>
      <w:proofErr w:type="spellStart"/>
      <w:r w:rsidRPr="00786595">
        <w:rPr>
          <w:bCs/>
        </w:rPr>
        <w:t>nato</w:t>
      </w:r>
      <w:proofErr w:type="spellEnd"/>
      <w:r w:rsidRPr="00786595">
        <w:rPr>
          <w:bCs/>
        </w:rPr>
        <w:t>/a a ______________________________________ il _____________________</w:t>
      </w:r>
      <w:r w:rsidR="00786595" w:rsidRPr="00786595">
        <w:rPr>
          <w:bCs/>
        </w:rPr>
        <w:t>____</w:t>
      </w:r>
      <w:r w:rsidRPr="00786595">
        <w:rPr>
          <w:bCs/>
        </w:rPr>
        <w:br/>
        <w:t xml:space="preserve">C.F. ____________________________in </w:t>
      </w:r>
      <w:proofErr w:type="spellStart"/>
      <w:r w:rsidRPr="00786595">
        <w:rPr>
          <w:bCs/>
        </w:rPr>
        <w:t>qualità</w:t>
      </w:r>
      <w:proofErr w:type="spellEnd"/>
      <w:r w:rsidRPr="00786595">
        <w:rPr>
          <w:bCs/>
        </w:rPr>
        <w:t xml:space="preserve"> di </w:t>
      </w:r>
      <w:proofErr w:type="spellStart"/>
      <w:r w:rsidRPr="00786595">
        <w:rPr>
          <w:bCs/>
        </w:rPr>
        <w:t>Legale</w:t>
      </w:r>
      <w:proofErr w:type="spellEnd"/>
      <w:r w:rsidRPr="00786595">
        <w:rPr>
          <w:bCs/>
        </w:rPr>
        <w:t xml:space="preserve"> </w:t>
      </w:r>
      <w:proofErr w:type="spellStart"/>
      <w:r w:rsidRPr="00786595">
        <w:rPr>
          <w:bCs/>
        </w:rPr>
        <w:t>Rappresentante</w:t>
      </w:r>
      <w:proofErr w:type="spellEnd"/>
      <w:r w:rsidRPr="00786595">
        <w:rPr>
          <w:bCs/>
        </w:rPr>
        <w:t xml:space="preserve"> </w:t>
      </w:r>
      <w:proofErr w:type="spellStart"/>
      <w:r w:rsidRPr="00786595">
        <w:rPr>
          <w:bCs/>
        </w:rPr>
        <w:t>dell’Ente</w:t>
      </w:r>
      <w:proofErr w:type="spellEnd"/>
      <w:r w:rsidRPr="00786595">
        <w:rPr>
          <w:bCs/>
        </w:rPr>
        <w:t xml:space="preserve"> _____________________________</w:t>
      </w:r>
      <w:r>
        <w:t xml:space="preserve">con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in ________________________</w:t>
      </w:r>
      <w:r w:rsidR="00786595">
        <w:t>____</w:t>
      </w:r>
    </w:p>
    <w:p w14:paraId="48A9DDF2" w14:textId="5B89C622" w:rsidR="00786595" w:rsidRDefault="00000000" w:rsidP="00786595">
      <w:pPr>
        <w:spacing w:line="312" w:lineRule="auto"/>
        <w:jc w:val="both"/>
      </w:pPr>
      <w:r>
        <w:t xml:space="preserve"> via ______________________</w:t>
      </w:r>
      <w:r w:rsidR="00786595">
        <w:t>_________</w:t>
      </w:r>
      <w:r>
        <w:t xml:space="preserve">C.F. Ente _____________________________ </w:t>
      </w:r>
    </w:p>
    <w:p w14:paraId="7AA30C93" w14:textId="28E766E7" w:rsidR="002761FD" w:rsidRDefault="00000000" w:rsidP="00786595">
      <w:pPr>
        <w:spacing w:line="312" w:lineRule="auto"/>
        <w:jc w:val="both"/>
      </w:pPr>
      <w:r>
        <w:t>P.IVA ___________________________Tel. _____________________________ E-mail/PEC __________________________</w:t>
      </w:r>
      <w:r w:rsidR="00786595">
        <w:t>___</w:t>
      </w:r>
      <w:r>
        <w:br/>
      </w:r>
    </w:p>
    <w:p w14:paraId="5C264AA7" w14:textId="77777777" w:rsidR="002761FD" w:rsidRDefault="00000000">
      <w:pPr>
        <w:jc w:val="center"/>
      </w:pPr>
      <w:r>
        <w:rPr>
          <w:b/>
          <w:color w:val="003366"/>
          <w:sz w:val="24"/>
        </w:rPr>
        <w:t>CHIEDE</w:t>
      </w:r>
    </w:p>
    <w:p w14:paraId="440ACE32" w14:textId="77777777" w:rsidR="002761FD" w:rsidRDefault="00000000">
      <w:r>
        <w:t>di partecipare alla procedura comparativa finalizzata all'affidamento in convenzione ex art. 56 del D.Lgs. 117/2017 della gestione del Servizio di Trasporto Sociale per conto del Comune di Ginosa.</w:t>
      </w:r>
    </w:p>
    <w:p w14:paraId="04110AB9" w14:textId="77777777" w:rsidR="006A65F7" w:rsidRDefault="00000000" w:rsidP="006A65F7">
      <w:pPr>
        <w:pStyle w:val="Nessunaspaziatura"/>
        <w:rPr>
          <w:b/>
        </w:rPr>
      </w:pPr>
      <w:r>
        <w:rPr>
          <w:b/>
        </w:rPr>
        <w:t xml:space="preserve">A tal fine, ai sensi degli artt. 46 e 47 del D.P.R. 445/2000 e sotto la propria </w:t>
      </w:r>
      <w:proofErr w:type="spellStart"/>
      <w:r>
        <w:rPr>
          <w:b/>
        </w:rPr>
        <w:t>responsabilità</w:t>
      </w:r>
      <w:proofErr w:type="spellEnd"/>
      <w:r>
        <w:rPr>
          <w:b/>
        </w:rPr>
        <w:t xml:space="preserve">, </w:t>
      </w:r>
    </w:p>
    <w:p w14:paraId="350E5C55" w14:textId="77777777" w:rsidR="006A65F7" w:rsidRDefault="006A65F7" w:rsidP="006A65F7">
      <w:pPr>
        <w:pStyle w:val="Nessunaspaziatura"/>
        <w:jc w:val="center"/>
        <w:rPr>
          <w:b/>
        </w:rPr>
      </w:pPr>
    </w:p>
    <w:p w14:paraId="3198413C" w14:textId="1CD51188" w:rsidR="006A65F7" w:rsidRDefault="00000000" w:rsidP="006A65F7">
      <w:pPr>
        <w:pStyle w:val="Nessunaspaziatura"/>
        <w:jc w:val="center"/>
        <w:rPr>
          <w:b/>
        </w:rPr>
      </w:pPr>
      <w:r>
        <w:rPr>
          <w:b/>
        </w:rPr>
        <w:t>DICHIARA:</w:t>
      </w:r>
    </w:p>
    <w:p w14:paraId="1ED84F00" w14:textId="6E82F906" w:rsidR="006A65F7" w:rsidRDefault="00000000" w:rsidP="006A65F7">
      <w:pPr>
        <w:pStyle w:val="Nessunaspaziatura"/>
        <w:rPr>
          <w:rFonts w:ascii="Arial" w:hAnsi="Arial"/>
          <w:color w:val="333333"/>
        </w:rPr>
      </w:pPr>
      <w:r>
        <w:rPr>
          <w:b/>
        </w:rPr>
        <w:br/>
      </w:r>
      <w:r w:rsidRPr="006A65F7">
        <w:rPr>
          <w:rFonts w:ascii="Arial" w:hAnsi="Arial"/>
          <w:color w:val="333333"/>
        </w:rPr>
        <w:t xml:space="preserve">1) Che l'Ente è regolarmente iscritto al Registro Unico Nazionale del Terzo Settore (RUNTS) al n. ____________ a decorrere dal ____________ (da </w:t>
      </w:r>
      <w:proofErr w:type="spellStart"/>
      <w:r w:rsidRPr="006A65F7">
        <w:rPr>
          <w:rFonts w:ascii="Arial" w:hAnsi="Arial"/>
          <w:color w:val="333333"/>
        </w:rPr>
        <w:t>almeno</w:t>
      </w:r>
      <w:proofErr w:type="spellEnd"/>
      <w:r w:rsidRPr="006A65F7">
        <w:rPr>
          <w:rFonts w:ascii="Arial" w:hAnsi="Arial"/>
          <w:color w:val="333333"/>
        </w:rPr>
        <w:t xml:space="preserve"> sei </w:t>
      </w:r>
      <w:proofErr w:type="spellStart"/>
      <w:r w:rsidRPr="006A65F7">
        <w:rPr>
          <w:rFonts w:ascii="Arial" w:hAnsi="Arial"/>
          <w:color w:val="333333"/>
        </w:rPr>
        <w:t>mesi</w:t>
      </w:r>
      <w:proofErr w:type="spellEnd"/>
      <w:r w:rsidRPr="006A65F7">
        <w:rPr>
          <w:rFonts w:ascii="Arial" w:hAnsi="Arial"/>
          <w:color w:val="333333"/>
        </w:rPr>
        <w:t>);</w:t>
      </w:r>
    </w:p>
    <w:p w14:paraId="2ECD0D18" w14:textId="7E68C23C" w:rsidR="006A65F7" w:rsidRDefault="00000000" w:rsidP="006A65F7">
      <w:pPr>
        <w:pStyle w:val="Nessunaspaziatura"/>
        <w:rPr>
          <w:rFonts w:ascii="Arial" w:hAnsi="Arial"/>
          <w:color w:val="333333"/>
        </w:rPr>
      </w:pPr>
      <w:r w:rsidRPr="006A65F7">
        <w:rPr>
          <w:rFonts w:ascii="Arial" w:hAnsi="Arial"/>
          <w:color w:val="333333"/>
        </w:rPr>
        <w:br/>
        <w:t xml:space="preserve">2) Che l'Ente ha sede legale o operativa attiva nel territorio del Comune di </w:t>
      </w:r>
      <w:r w:rsidR="00172604">
        <w:rPr>
          <w:rFonts w:ascii="Arial" w:hAnsi="Arial"/>
          <w:color w:val="333333"/>
        </w:rPr>
        <w:t>_____________</w:t>
      </w:r>
      <w:r w:rsidRPr="006A65F7">
        <w:rPr>
          <w:rFonts w:ascii="Arial" w:hAnsi="Arial"/>
          <w:color w:val="333333"/>
        </w:rPr>
        <w:t xml:space="preserve"> </w:t>
      </w:r>
      <w:proofErr w:type="spellStart"/>
      <w:r w:rsidRPr="006A65F7">
        <w:rPr>
          <w:rFonts w:ascii="Arial" w:hAnsi="Arial"/>
          <w:color w:val="333333"/>
        </w:rPr>
        <w:t>all'indirizzo</w:t>
      </w:r>
      <w:proofErr w:type="spellEnd"/>
      <w:r w:rsidRPr="006A65F7">
        <w:rPr>
          <w:rFonts w:ascii="Arial" w:hAnsi="Arial"/>
          <w:color w:val="333333"/>
        </w:rPr>
        <w:t xml:space="preserve"> </w:t>
      </w:r>
      <w:proofErr w:type="spellStart"/>
      <w:r w:rsidRPr="006A65F7">
        <w:rPr>
          <w:rFonts w:ascii="Arial" w:hAnsi="Arial"/>
          <w:color w:val="333333"/>
        </w:rPr>
        <w:t>indicato</w:t>
      </w:r>
      <w:proofErr w:type="spellEnd"/>
      <w:r w:rsidRPr="006A65F7">
        <w:rPr>
          <w:rFonts w:ascii="Arial" w:hAnsi="Arial"/>
          <w:color w:val="333333"/>
        </w:rPr>
        <w:t xml:space="preserve"> sopra;</w:t>
      </w:r>
    </w:p>
    <w:p w14:paraId="339A75E7" w14:textId="77777777" w:rsidR="006A65F7" w:rsidRDefault="00000000" w:rsidP="006A65F7">
      <w:pPr>
        <w:pStyle w:val="Nessunaspaziatura"/>
        <w:rPr>
          <w:rFonts w:ascii="Arial" w:hAnsi="Arial"/>
          <w:color w:val="333333"/>
        </w:rPr>
      </w:pPr>
      <w:r w:rsidRPr="006A65F7">
        <w:rPr>
          <w:rFonts w:ascii="Arial" w:hAnsi="Arial"/>
          <w:color w:val="333333"/>
        </w:rPr>
        <w:br/>
        <w:t xml:space="preserve">3) Che l'Ente possiede adeguate capacità tecniche, professionali e organizzative per lo </w:t>
      </w:r>
      <w:proofErr w:type="spellStart"/>
      <w:r w:rsidRPr="006A65F7">
        <w:rPr>
          <w:rFonts w:ascii="Arial" w:hAnsi="Arial"/>
          <w:color w:val="333333"/>
        </w:rPr>
        <w:t>svolgimento</w:t>
      </w:r>
      <w:proofErr w:type="spellEnd"/>
      <w:r w:rsidRPr="006A65F7">
        <w:rPr>
          <w:rFonts w:ascii="Arial" w:hAnsi="Arial"/>
          <w:color w:val="333333"/>
        </w:rPr>
        <w:t xml:space="preserve"> </w:t>
      </w:r>
      <w:proofErr w:type="spellStart"/>
      <w:r w:rsidRPr="006A65F7">
        <w:rPr>
          <w:rFonts w:ascii="Arial" w:hAnsi="Arial"/>
          <w:color w:val="333333"/>
        </w:rPr>
        <w:t>ottimale</w:t>
      </w:r>
      <w:proofErr w:type="spellEnd"/>
      <w:r w:rsidRPr="006A65F7">
        <w:rPr>
          <w:rFonts w:ascii="Arial" w:hAnsi="Arial"/>
          <w:color w:val="333333"/>
        </w:rPr>
        <w:t xml:space="preserve"> </w:t>
      </w:r>
      <w:proofErr w:type="spellStart"/>
      <w:r w:rsidRPr="006A65F7">
        <w:rPr>
          <w:rFonts w:ascii="Arial" w:hAnsi="Arial"/>
          <w:color w:val="333333"/>
        </w:rPr>
        <w:t>dell'attività</w:t>
      </w:r>
      <w:proofErr w:type="spellEnd"/>
      <w:r w:rsidRPr="006A65F7">
        <w:rPr>
          <w:rFonts w:ascii="Arial" w:hAnsi="Arial"/>
          <w:color w:val="333333"/>
        </w:rPr>
        <w:t xml:space="preserve"> </w:t>
      </w:r>
      <w:proofErr w:type="spellStart"/>
      <w:r w:rsidRPr="006A65F7">
        <w:rPr>
          <w:rFonts w:ascii="Arial" w:hAnsi="Arial"/>
          <w:color w:val="333333"/>
        </w:rPr>
        <w:t>oggetto</w:t>
      </w:r>
      <w:proofErr w:type="spellEnd"/>
      <w:r w:rsidRPr="006A65F7">
        <w:rPr>
          <w:rFonts w:ascii="Arial" w:hAnsi="Arial"/>
          <w:color w:val="333333"/>
        </w:rPr>
        <w:t xml:space="preserve"> </w:t>
      </w:r>
      <w:proofErr w:type="spellStart"/>
      <w:r w:rsidRPr="006A65F7">
        <w:rPr>
          <w:rFonts w:ascii="Arial" w:hAnsi="Arial"/>
          <w:color w:val="333333"/>
        </w:rPr>
        <w:t>della</w:t>
      </w:r>
      <w:proofErr w:type="spellEnd"/>
      <w:r w:rsidRPr="006A65F7">
        <w:rPr>
          <w:rFonts w:ascii="Arial" w:hAnsi="Arial"/>
          <w:color w:val="333333"/>
        </w:rPr>
        <w:t xml:space="preserve"> </w:t>
      </w:r>
      <w:proofErr w:type="spellStart"/>
      <w:r w:rsidRPr="006A65F7">
        <w:rPr>
          <w:rFonts w:ascii="Arial" w:hAnsi="Arial"/>
          <w:color w:val="333333"/>
        </w:rPr>
        <w:t>convenzione</w:t>
      </w:r>
      <w:proofErr w:type="spellEnd"/>
      <w:r w:rsidRPr="006A65F7">
        <w:rPr>
          <w:rFonts w:ascii="Arial" w:hAnsi="Arial"/>
          <w:color w:val="333333"/>
        </w:rPr>
        <w:t>;</w:t>
      </w:r>
    </w:p>
    <w:p w14:paraId="5AD668E5" w14:textId="77777777" w:rsidR="006A65F7" w:rsidRDefault="00000000" w:rsidP="006A65F7">
      <w:pPr>
        <w:pStyle w:val="Nessunaspaziatura"/>
        <w:rPr>
          <w:rFonts w:ascii="Arial" w:hAnsi="Arial"/>
          <w:color w:val="333333"/>
        </w:rPr>
      </w:pPr>
      <w:r w:rsidRPr="006A65F7">
        <w:rPr>
          <w:rFonts w:ascii="Arial" w:hAnsi="Arial"/>
          <w:color w:val="333333"/>
        </w:rPr>
        <w:br/>
        <w:t xml:space="preserve">4) Che l'Ente dispone di personale e volontari formati ed </w:t>
      </w:r>
      <w:proofErr w:type="spellStart"/>
      <w:r w:rsidRPr="006A65F7">
        <w:rPr>
          <w:rFonts w:ascii="Arial" w:hAnsi="Arial"/>
          <w:color w:val="333333"/>
        </w:rPr>
        <w:t>idonei</w:t>
      </w:r>
      <w:proofErr w:type="spellEnd"/>
      <w:r w:rsidRPr="006A65F7">
        <w:rPr>
          <w:rFonts w:ascii="Arial" w:hAnsi="Arial"/>
          <w:color w:val="333333"/>
        </w:rPr>
        <w:t xml:space="preserve"> </w:t>
      </w:r>
      <w:proofErr w:type="spellStart"/>
      <w:r w:rsidRPr="006A65F7">
        <w:rPr>
          <w:rFonts w:ascii="Arial" w:hAnsi="Arial"/>
          <w:color w:val="333333"/>
        </w:rPr>
        <w:t>all'accompagnamento</w:t>
      </w:r>
      <w:proofErr w:type="spellEnd"/>
      <w:r w:rsidRPr="006A65F7">
        <w:rPr>
          <w:rFonts w:ascii="Arial" w:hAnsi="Arial"/>
          <w:color w:val="333333"/>
        </w:rPr>
        <w:t xml:space="preserve"> e </w:t>
      </w:r>
      <w:proofErr w:type="spellStart"/>
      <w:r w:rsidRPr="006A65F7">
        <w:rPr>
          <w:rFonts w:ascii="Arial" w:hAnsi="Arial"/>
          <w:color w:val="333333"/>
        </w:rPr>
        <w:t>assistenza</w:t>
      </w:r>
      <w:proofErr w:type="spellEnd"/>
      <w:r w:rsidRPr="006A65F7">
        <w:rPr>
          <w:rFonts w:ascii="Arial" w:hAnsi="Arial"/>
          <w:color w:val="333333"/>
        </w:rPr>
        <w:t xml:space="preserve"> di </w:t>
      </w:r>
      <w:proofErr w:type="spellStart"/>
      <w:r w:rsidRPr="006A65F7">
        <w:rPr>
          <w:rFonts w:ascii="Arial" w:hAnsi="Arial"/>
          <w:color w:val="333333"/>
        </w:rPr>
        <w:t>soggetti</w:t>
      </w:r>
      <w:proofErr w:type="spellEnd"/>
      <w:r w:rsidRPr="006A65F7">
        <w:rPr>
          <w:rFonts w:ascii="Arial" w:hAnsi="Arial"/>
          <w:color w:val="333333"/>
        </w:rPr>
        <w:t xml:space="preserve"> </w:t>
      </w:r>
      <w:proofErr w:type="spellStart"/>
      <w:r w:rsidRPr="006A65F7">
        <w:rPr>
          <w:rFonts w:ascii="Arial" w:hAnsi="Arial"/>
          <w:color w:val="333333"/>
        </w:rPr>
        <w:t>fragili</w:t>
      </w:r>
      <w:proofErr w:type="spellEnd"/>
      <w:r w:rsidRPr="006A65F7">
        <w:rPr>
          <w:rFonts w:ascii="Arial" w:hAnsi="Arial"/>
          <w:color w:val="333333"/>
        </w:rPr>
        <w:t>;</w:t>
      </w:r>
    </w:p>
    <w:p w14:paraId="6D9532B9" w14:textId="47A9DED5" w:rsidR="002761FD" w:rsidRPr="006A65F7" w:rsidRDefault="00000000" w:rsidP="006A65F7">
      <w:pPr>
        <w:pStyle w:val="Nessunaspaziatura"/>
        <w:rPr>
          <w:rFonts w:ascii="Arial" w:hAnsi="Arial"/>
          <w:color w:val="333333"/>
        </w:rPr>
      </w:pPr>
      <w:r w:rsidRPr="006A65F7">
        <w:rPr>
          <w:rFonts w:ascii="Arial" w:hAnsi="Arial"/>
          <w:color w:val="333333"/>
        </w:rPr>
        <w:lastRenderedPageBreak/>
        <w:br/>
        <w:t>5) Che l'Ente ha preso visione integrale dell'Avviso Pubblico e ne accetta incondizionatamente condizioni, requisiti e criteri.</w:t>
      </w:r>
    </w:p>
    <w:p w14:paraId="0FC7C5E4" w14:textId="77777777" w:rsidR="002761FD" w:rsidRDefault="002761FD"/>
    <w:p w14:paraId="7DFF77D8" w14:textId="77777777" w:rsidR="002761FD" w:rsidRDefault="00000000">
      <w:r>
        <w:rPr>
          <w:b/>
        </w:rPr>
        <w:t>ALLEGA ALLA PRESENTE (a pena di esclusione):</w:t>
      </w:r>
      <w:r>
        <w:rPr>
          <w:b/>
        </w:rPr>
        <w:br/>
      </w:r>
      <w:r>
        <w:t>• Copia del documento di identità in corso di validità del legale rappresentante;</w:t>
      </w:r>
      <w:r>
        <w:br/>
        <w:t>• Proposta progettuale organizzativa contenente le specifiche operative del servizio;</w:t>
      </w:r>
      <w:r>
        <w:br/>
        <w:t>• Piano economico-finanziario preventivo delle spese ammissibili a rimborso;</w:t>
      </w:r>
      <w:r>
        <w:br/>
        <w:t>• Curriculum vitae dell'Ente comprovante l'esperienza specifica nel settore del trasporto sociale/assistenza.</w:t>
      </w:r>
    </w:p>
    <w:p w14:paraId="4CA58644" w14:textId="77777777" w:rsidR="002761FD" w:rsidRDefault="00000000">
      <w:r>
        <w:br/>
      </w:r>
      <w:r>
        <w:br/>
        <w:t>Luogo e Data _______________________</w:t>
      </w:r>
      <w:r>
        <w:br/>
      </w:r>
      <w:r>
        <w:br/>
      </w:r>
    </w:p>
    <w:p w14:paraId="051CAEA8" w14:textId="77777777" w:rsidR="002761FD" w:rsidRDefault="00000000">
      <w:pPr>
        <w:jc w:val="right"/>
      </w:pPr>
      <w:r>
        <w:t>Firma del Legale Rappresentante</w:t>
      </w:r>
      <w:r>
        <w:br/>
        <w:t>_________________________________</w:t>
      </w:r>
    </w:p>
    <w:sectPr w:rsidR="002761FD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FF494" w14:textId="77777777" w:rsidR="00EF255B" w:rsidRDefault="00EF255B" w:rsidP="00A81AEE">
      <w:pPr>
        <w:spacing w:after="0" w:line="240" w:lineRule="auto"/>
      </w:pPr>
      <w:r>
        <w:separator/>
      </w:r>
    </w:p>
  </w:endnote>
  <w:endnote w:type="continuationSeparator" w:id="0">
    <w:p w14:paraId="0EA91B98" w14:textId="77777777" w:rsidR="00EF255B" w:rsidRDefault="00EF255B" w:rsidP="00A81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FCE0B" w14:textId="77777777" w:rsidR="00EF255B" w:rsidRDefault="00EF255B" w:rsidP="00A81AEE">
      <w:pPr>
        <w:spacing w:after="0" w:line="240" w:lineRule="auto"/>
      </w:pPr>
      <w:r>
        <w:separator/>
      </w:r>
    </w:p>
  </w:footnote>
  <w:footnote w:type="continuationSeparator" w:id="0">
    <w:p w14:paraId="4B8D3138" w14:textId="77777777" w:rsidR="00EF255B" w:rsidRDefault="00EF255B" w:rsidP="00A81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EFA90" w14:textId="77777777" w:rsidR="00A81AEE" w:rsidRDefault="00A81AEE">
    <w:pPr>
      <w:pStyle w:val="Intestazione"/>
    </w:pPr>
  </w:p>
  <w:p w14:paraId="10BFC52E" w14:textId="77777777" w:rsidR="00A81AEE" w:rsidRDefault="00A81AEE">
    <w:pPr>
      <w:pStyle w:val="Intestazione"/>
    </w:pPr>
  </w:p>
  <w:p w14:paraId="6F39922A" w14:textId="383E0864" w:rsidR="00A81AEE" w:rsidRDefault="00A81AEE">
    <w:pPr>
      <w:pStyle w:val="Intestazione"/>
    </w:pPr>
    <w:r>
      <w:rPr>
        <w:noProof/>
      </w:rPr>
      <w:drawing>
        <wp:inline distT="0" distB="0" distL="0" distR="0" wp14:anchorId="4A8680E5" wp14:editId="357D0CFF">
          <wp:extent cx="800100" cy="1038225"/>
          <wp:effectExtent l="0" t="0" r="0" b="9525"/>
          <wp:docPr id="16861957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D2450F3" w14:textId="77777777" w:rsidR="00A81AEE" w:rsidRDefault="00A81A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978030">
    <w:abstractNumId w:val="8"/>
  </w:num>
  <w:num w:numId="2" w16cid:durableId="1491290807">
    <w:abstractNumId w:val="6"/>
  </w:num>
  <w:num w:numId="3" w16cid:durableId="1486168302">
    <w:abstractNumId w:val="5"/>
  </w:num>
  <w:num w:numId="4" w16cid:durableId="2080982469">
    <w:abstractNumId w:val="4"/>
  </w:num>
  <w:num w:numId="5" w16cid:durableId="349717577">
    <w:abstractNumId w:val="7"/>
  </w:num>
  <w:num w:numId="6" w16cid:durableId="313412647">
    <w:abstractNumId w:val="3"/>
  </w:num>
  <w:num w:numId="7" w16cid:durableId="1452550981">
    <w:abstractNumId w:val="2"/>
  </w:num>
  <w:num w:numId="8" w16cid:durableId="1079249810">
    <w:abstractNumId w:val="1"/>
  </w:num>
  <w:num w:numId="9" w16cid:durableId="33064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0166"/>
    <w:rsid w:val="0015074B"/>
    <w:rsid w:val="00172604"/>
    <w:rsid w:val="002761FD"/>
    <w:rsid w:val="0029639D"/>
    <w:rsid w:val="002B4C3F"/>
    <w:rsid w:val="00326F90"/>
    <w:rsid w:val="003877ED"/>
    <w:rsid w:val="003E28E8"/>
    <w:rsid w:val="00453E26"/>
    <w:rsid w:val="005F1C21"/>
    <w:rsid w:val="006A65F7"/>
    <w:rsid w:val="00786595"/>
    <w:rsid w:val="00891ADC"/>
    <w:rsid w:val="009421EF"/>
    <w:rsid w:val="00A81AEE"/>
    <w:rsid w:val="00AA1D8D"/>
    <w:rsid w:val="00AE5424"/>
    <w:rsid w:val="00B47730"/>
    <w:rsid w:val="00BE1322"/>
    <w:rsid w:val="00CB0664"/>
    <w:rsid w:val="00E516D8"/>
    <w:rsid w:val="00EF255B"/>
    <w:rsid w:val="00F97E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F7D878"/>
  <w14:defaultImageDpi w14:val="300"/>
  <w15:docId w15:val="{EEE73A67-F426-4403-88E8-6DC7DF90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78659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65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CG-SS-CM</cp:lastModifiedBy>
  <cp:revision>2</cp:revision>
  <cp:lastPrinted>2026-09-08T13:21:00Z</cp:lastPrinted>
  <dcterms:created xsi:type="dcterms:W3CDTF">2026-09-11T08:21:00Z</dcterms:created>
  <dcterms:modified xsi:type="dcterms:W3CDTF">2026-09-11T08:21:00Z</dcterms:modified>
  <cp:category/>
</cp:coreProperties>
</file>